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CC0474" w14:textId="136D6294" w:rsidR="00C54F59" w:rsidRPr="00800698" w:rsidRDefault="00000000">
      <w:pPr>
        <w:pStyle w:val="Heading1"/>
        <w:rPr>
          <w:lang w:val="fr-CA"/>
        </w:rPr>
      </w:pPr>
      <w:r w:rsidRPr="00800698">
        <w:rPr>
          <w:lang w:val="fr-CA"/>
        </w:rPr>
        <w:t xml:space="preserve">Formulaire d’inscription – Auditions « </w:t>
      </w:r>
      <w:r w:rsidR="00782B8C">
        <w:rPr>
          <w:lang w:val="fr-CA"/>
        </w:rPr>
        <w:t>RYTM - Dance</w:t>
      </w:r>
      <w:r w:rsidRPr="00800698">
        <w:rPr>
          <w:lang w:val="fr-CA"/>
        </w:rPr>
        <w:t xml:space="preserve"> Battles »</w:t>
      </w:r>
    </w:p>
    <w:p w14:paraId="0BBE0EAF" w14:textId="77777777" w:rsidR="008D567D" w:rsidRDefault="008D567D">
      <w:pPr>
        <w:rPr>
          <w:lang w:val="fr-CA"/>
        </w:rPr>
      </w:pPr>
    </w:p>
    <w:p w14:paraId="47D3BEF7" w14:textId="2CCB3BB3" w:rsidR="00C54F59" w:rsidRPr="008D567D" w:rsidRDefault="00000000">
      <w:pPr>
        <w:rPr>
          <w:b/>
          <w:bCs/>
          <w:lang w:val="fr-CA"/>
        </w:rPr>
      </w:pPr>
      <w:r w:rsidRPr="008D567D">
        <w:rPr>
          <w:b/>
          <w:bCs/>
          <w:lang w:val="fr-CA"/>
        </w:rPr>
        <w:t>Date de l’événement : 1</w:t>
      </w:r>
      <w:r w:rsidR="00782B8C" w:rsidRPr="008D567D">
        <w:rPr>
          <w:b/>
          <w:bCs/>
          <w:lang w:val="fr-CA"/>
        </w:rPr>
        <w:t>7</w:t>
      </w:r>
      <w:r w:rsidRPr="008D567D">
        <w:rPr>
          <w:b/>
          <w:bCs/>
          <w:lang w:val="fr-CA"/>
        </w:rPr>
        <w:t xml:space="preserve"> octobre</w:t>
      </w:r>
      <w:r w:rsidR="00782B8C" w:rsidRPr="008D567D">
        <w:rPr>
          <w:b/>
          <w:bCs/>
          <w:lang w:val="fr-CA"/>
        </w:rPr>
        <w:t xml:space="preserve"> 2026</w:t>
      </w:r>
    </w:p>
    <w:p w14:paraId="2151E7FE" w14:textId="2CF92738" w:rsidR="00C54F59" w:rsidRPr="008D567D" w:rsidRDefault="00000000">
      <w:pPr>
        <w:rPr>
          <w:b/>
          <w:bCs/>
          <w:lang w:val="fr-CA"/>
        </w:rPr>
      </w:pPr>
      <w:r w:rsidRPr="008D567D">
        <w:rPr>
          <w:b/>
          <w:bCs/>
          <w:lang w:val="fr-CA"/>
        </w:rPr>
        <w:t xml:space="preserve">Lieu : </w:t>
      </w:r>
      <w:r w:rsidR="00782B8C" w:rsidRPr="008D567D">
        <w:rPr>
          <w:b/>
          <w:bCs/>
          <w:lang w:val="fr-CA"/>
        </w:rPr>
        <w:t>Cégep de l’Outaouais</w:t>
      </w:r>
    </w:p>
    <w:p w14:paraId="5E3DC214" w14:textId="77777777" w:rsidR="00C54F59" w:rsidRPr="00800698" w:rsidRDefault="00000000">
      <w:pPr>
        <w:rPr>
          <w:lang w:val="fr-CA"/>
        </w:rPr>
      </w:pPr>
      <w:r w:rsidRPr="00800698">
        <w:rPr>
          <w:lang w:val="fr-CA"/>
        </w:rPr>
        <w:br/>
        <w:t>Nom complet : ___________________________________</w:t>
      </w:r>
    </w:p>
    <w:p w14:paraId="024B6C0F" w14:textId="193526B2" w:rsidR="00C54F59" w:rsidRPr="00800698" w:rsidRDefault="00000000">
      <w:pPr>
        <w:rPr>
          <w:lang w:val="fr-CA"/>
        </w:rPr>
      </w:pPr>
      <w:r w:rsidRPr="00800698">
        <w:rPr>
          <w:lang w:val="fr-CA"/>
        </w:rPr>
        <w:t>Nom d’artiste</w:t>
      </w:r>
      <w:r w:rsidR="00782B8C">
        <w:rPr>
          <w:lang w:val="fr-CA"/>
        </w:rPr>
        <w:t xml:space="preserve"> : </w:t>
      </w:r>
      <w:r w:rsidRPr="00800698">
        <w:rPr>
          <w:lang w:val="fr-CA"/>
        </w:rPr>
        <w:t>____________________________</w:t>
      </w:r>
    </w:p>
    <w:p w14:paraId="227D396B" w14:textId="77777777" w:rsidR="00C54F59" w:rsidRPr="00800698" w:rsidRDefault="00000000">
      <w:pPr>
        <w:rPr>
          <w:lang w:val="fr-CA"/>
        </w:rPr>
      </w:pPr>
      <w:r w:rsidRPr="00800698">
        <w:rPr>
          <w:lang w:val="fr-CA"/>
        </w:rPr>
        <w:t>Âge : ______</w:t>
      </w:r>
    </w:p>
    <w:p w14:paraId="391079AB" w14:textId="77777777" w:rsidR="00C54F59" w:rsidRPr="00800698" w:rsidRDefault="00000000">
      <w:pPr>
        <w:rPr>
          <w:lang w:val="fr-CA"/>
        </w:rPr>
      </w:pPr>
      <w:r w:rsidRPr="00800698">
        <w:rPr>
          <w:lang w:val="fr-CA"/>
        </w:rPr>
        <w:t>Ville / Région : ______________________</w:t>
      </w:r>
    </w:p>
    <w:p w14:paraId="48185DA7" w14:textId="77777777" w:rsidR="00C54F59" w:rsidRPr="00800698" w:rsidRDefault="00000000">
      <w:pPr>
        <w:rPr>
          <w:lang w:val="fr-CA"/>
        </w:rPr>
      </w:pPr>
      <w:r w:rsidRPr="00800698">
        <w:rPr>
          <w:lang w:val="fr-CA"/>
        </w:rPr>
        <w:t>Téléphone : _________________________</w:t>
      </w:r>
    </w:p>
    <w:p w14:paraId="69CDA2E9" w14:textId="77777777" w:rsidR="00C54F59" w:rsidRPr="00800698" w:rsidRDefault="00000000">
      <w:pPr>
        <w:rPr>
          <w:lang w:val="fr-CA"/>
        </w:rPr>
      </w:pPr>
      <w:r w:rsidRPr="00800698">
        <w:rPr>
          <w:lang w:val="fr-CA"/>
        </w:rPr>
        <w:t>Courriel : ___________________________</w:t>
      </w:r>
    </w:p>
    <w:p w14:paraId="10EFBD48" w14:textId="268C2B95" w:rsidR="00C54F59" w:rsidRPr="00800698" w:rsidRDefault="00000000">
      <w:pPr>
        <w:rPr>
          <w:lang w:val="fr-CA"/>
        </w:rPr>
      </w:pPr>
      <w:r w:rsidRPr="00800698">
        <w:rPr>
          <w:lang w:val="fr-CA"/>
        </w:rPr>
        <w:br/>
      </w:r>
      <w:r w:rsidR="008D567D">
        <w:rPr>
          <w:lang w:val="fr-CA"/>
        </w:rPr>
        <w:t xml:space="preserve">Audition : </w:t>
      </w:r>
    </w:p>
    <w:p w14:paraId="583D3791" w14:textId="0FDEC3F7" w:rsidR="00C54F59" w:rsidRDefault="00000000" w:rsidP="008D567D">
      <w:pPr>
        <w:pStyle w:val="ListParagraph"/>
        <w:numPr>
          <w:ilvl w:val="0"/>
          <w:numId w:val="10"/>
        </w:numPr>
        <w:rPr>
          <w:lang w:val="fr-CA"/>
        </w:rPr>
      </w:pPr>
      <w:r w:rsidRPr="008D567D">
        <w:rPr>
          <w:lang w:val="fr-CA"/>
        </w:rPr>
        <w:t>Joindre une courte vidéo (30 à 60 secondes) démontrant ton style</w:t>
      </w:r>
      <w:r w:rsidR="00782B8C" w:rsidRPr="008D567D">
        <w:rPr>
          <w:lang w:val="fr-CA"/>
        </w:rPr>
        <w:t xml:space="preserve"> (Vertical/Story Mode)</w:t>
      </w:r>
      <w:r w:rsidR="008D567D">
        <w:rPr>
          <w:lang w:val="fr-CA"/>
        </w:rPr>
        <w:t xml:space="preserve"> – </w:t>
      </w:r>
      <w:proofErr w:type="spellStart"/>
      <w:r w:rsidR="008D567D">
        <w:rPr>
          <w:lang w:val="fr-CA"/>
        </w:rPr>
        <w:t>optionel</w:t>
      </w:r>
      <w:proofErr w:type="spellEnd"/>
    </w:p>
    <w:p w14:paraId="582C7510" w14:textId="2FCC32FB" w:rsidR="008D567D" w:rsidRDefault="008D567D" w:rsidP="008D567D">
      <w:pPr>
        <w:pStyle w:val="ListParagraph"/>
        <w:numPr>
          <w:ilvl w:val="0"/>
          <w:numId w:val="10"/>
        </w:numPr>
        <w:rPr>
          <w:lang w:val="fr-CA"/>
        </w:rPr>
      </w:pPr>
      <w:r>
        <w:rPr>
          <w:lang w:val="fr-CA"/>
        </w:rPr>
        <w:t>Biographie</w:t>
      </w:r>
    </w:p>
    <w:p w14:paraId="0E4D6BBF" w14:textId="78108500" w:rsidR="008D567D" w:rsidRPr="008D567D" w:rsidRDefault="008D567D" w:rsidP="008D567D">
      <w:pPr>
        <w:pStyle w:val="ListParagraph"/>
        <w:numPr>
          <w:ilvl w:val="0"/>
          <w:numId w:val="10"/>
        </w:numPr>
        <w:rPr>
          <w:lang w:val="fr-CA"/>
        </w:rPr>
      </w:pPr>
      <w:r>
        <w:rPr>
          <w:lang w:val="fr-CA"/>
        </w:rPr>
        <w:t>Liens faire tes réseaux sociaux (</w:t>
      </w:r>
      <w:proofErr w:type="spellStart"/>
      <w:r>
        <w:rPr>
          <w:lang w:val="fr-CA"/>
        </w:rPr>
        <w:t>instagram</w:t>
      </w:r>
      <w:proofErr w:type="spellEnd"/>
      <w:r>
        <w:rPr>
          <w:lang w:val="fr-CA"/>
        </w:rPr>
        <w:t>-Facebook)</w:t>
      </w:r>
    </w:p>
    <w:p w14:paraId="3F89894C" w14:textId="6950E27E" w:rsidR="00C54F59" w:rsidRPr="00800698" w:rsidRDefault="00000000">
      <w:pPr>
        <w:rPr>
          <w:lang w:val="fr-CA"/>
        </w:rPr>
      </w:pPr>
      <w:r w:rsidRPr="00800698">
        <w:rPr>
          <w:lang w:val="fr-CA"/>
        </w:rPr>
        <w:t>Envoyer par courriel</w:t>
      </w:r>
      <w:r w:rsidR="00800698" w:rsidRPr="00800698">
        <w:rPr>
          <w:lang w:val="fr-CA"/>
        </w:rPr>
        <w:t xml:space="preserve"> OU </w:t>
      </w:r>
      <w:proofErr w:type="spellStart"/>
      <w:r w:rsidR="00800698" w:rsidRPr="00800698">
        <w:rPr>
          <w:lang w:val="fr-CA"/>
        </w:rPr>
        <w:t>Wetransfer</w:t>
      </w:r>
      <w:proofErr w:type="spellEnd"/>
      <w:r w:rsidRPr="00800698">
        <w:rPr>
          <w:lang w:val="fr-CA"/>
        </w:rPr>
        <w:t xml:space="preserve"> à : </w:t>
      </w:r>
      <w:r w:rsidR="00782B8C">
        <w:rPr>
          <w:lang w:val="fr-CA"/>
        </w:rPr>
        <w:t>rytmbattles</w:t>
      </w:r>
      <w:r w:rsidRPr="00800698">
        <w:rPr>
          <w:lang w:val="fr-CA"/>
        </w:rPr>
        <w:t>@gmail.com</w:t>
      </w:r>
    </w:p>
    <w:p w14:paraId="1A64F75D" w14:textId="77777777" w:rsidR="00C54F59" w:rsidRPr="00800698" w:rsidRDefault="00000000">
      <w:pPr>
        <w:rPr>
          <w:lang w:val="fr-CA"/>
        </w:rPr>
      </w:pPr>
      <w:r w:rsidRPr="00800698">
        <w:rPr>
          <w:lang w:val="fr-CA"/>
        </w:rPr>
        <w:t>Objet du message : Audition + [ton nom]</w:t>
      </w:r>
    </w:p>
    <w:p w14:paraId="44BAC1D6" w14:textId="35520576" w:rsidR="00C54F59" w:rsidRPr="00800698" w:rsidRDefault="00C54F59" w:rsidP="00782B8C">
      <w:pPr>
        <w:rPr>
          <w:lang w:val="fr-CA"/>
        </w:rPr>
      </w:pPr>
    </w:p>
    <w:p w14:paraId="4BAB10F9" w14:textId="77777777" w:rsidR="00C54F59" w:rsidRPr="00800698" w:rsidRDefault="00000000">
      <w:pPr>
        <w:rPr>
          <w:lang w:val="fr-CA"/>
        </w:rPr>
      </w:pPr>
      <w:r w:rsidRPr="00800698">
        <w:rPr>
          <w:lang w:val="fr-CA"/>
        </w:rPr>
        <w:t>Les détails complets de l’événement (horaire, règlements, etc.) seront envoyés prochainement par courriel.</w:t>
      </w:r>
    </w:p>
    <w:sectPr w:rsidR="00C54F59" w:rsidRPr="0080069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803344"/>
    <w:multiLevelType w:val="hybridMultilevel"/>
    <w:tmpl w:val="59E29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170043">
    <w:abstractNumId w:val="8"/>
  </w:num>
  <w:num w:numId="2" w16cid:durableId="1065832836">
    <w:abstractNumId w:val="6"/>
  </w:num>
  <w:num w:numId="3" w16cid:durableId="1154369211">
    <w:abstractNumId w:val="5"/>
  </w:num>
  <w:num w:numId="4" w16cid:durableId="57898765">
    <w:abstractNumId w:val="4"/>
  </w:num>
  <w:num w:numId="5" w16cid:durableId="304747691">
    <w:abstractNumId w:val="7"/>
  </w:num>
  <w:num w:numId="6" w16cid:durableId="1793013825">
    <w:abstractNumId w:val="3"/>
  </w:num>
  <w:num w:numId="7" w16cid:durableId="446048000">
    <w:abstractNumId w:val="2"/>
  </w:num>
  <w:num w:numId="8" w16cid:durableId="957643703">
    <w:abstractNumId w:val="1"/>
  </w:num>
  <w:num w:numId="9" w16cid:durableId="1574854144">
    <w:abstractNumId w:val="0"/>
  </w:num>
  <w:num w:numId="10" w16cid:durableId="748229403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59D1"/>
    <w:rsid w:val="0015074B"/>
    <w:rsid w:val="0029639D"/>
    <w:rsid w:val="00326F90"/>
    <w:rsid w:val="006851B3"/>
    <w:rsid w:val="00782B8C"/>
    <w:rsid w:val="00800698"/>
    <w:rsid w:val="008D567D"/>
    <w:rsid w:val="00920E77"/>
    <w:rsid w:val="00AA1D8D"/>
    <w:rsid w:val="00B47730"/>
    <w:rsid w:val="00C54F59"/>
    <w:rsid w:val="00C91F96"/>
    <w:rsid w:val="00CB0664"/>
    <w:rsid w:val="00E214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EB5C8A"/>
  <w14:defaultImageDpi w14:val="300"/>
  <w15:docId w15:val="{9EE5AAB8-77C3-3742-8E71-95586AB8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5</cp:revision>
  <dcterms:created xsi:type="dcterms:W3CDTF">2013-12-23T23:15:00Z</dcterms:created>
  <dcterms:modified xsi:type="dcterms:W3CDTF">2026-07-14T17:56:00Z</dcterms:modified>
  <cp:category/>
</cp:coreProperties>
</file>